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661C" w14:textId="77777777" w:rsidR="00312318" w:rsidRPr="00B63A58" w:rsidRDefault="00B63A58" w:rsidP="00B63A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3A58">
        <w:rPr>
          <w:rFonts w:ascii="Times New Roman" w:hAnsi="Times New Roman" w:cs="Times New Roman"/>
          <w:b/>
          <w:sz w:val="24"/>
          <w:szCs w:val="24"/>
        </w:rPr>
        <w:t>OBRAZAC</w:t>
      </w:r>
    </w:p>
    <w:p w14:paraId="2761FE11" w14:textId="06FE3844" w:rsidR="00312318" w:rsidRPr="00B63A58" w:rsidRDefault="00B63A58" w:rsidP="00B63A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A58">
        <w:rPr>
          <w:rFonts w:ascii="Times New Roman" w:hAnsi="Times New Roman" w:cs="Times New Roman"/>
          <w:b/>
          <w:sz w:val="24"/>
          <w:szCs w:val="24"/>
        </w:rPr>
        <w:t>ZA SUDJELOVANJE U SAVJETOVANJU O NACRTU OPĆEG AKTA</w:t>
      </w:r>
    </w:p>
    <w:p w14:paraId="61C14FE2" w14:textId="77777777" w:rsidR="00B63A58" w:rsidRPr="00B63A58" w:rsidRDefault="00B63A58" w:rsidP="00B63A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B3E702" w14:textId="4668BF0E" w:rsidR="00312318" w:rsidRPr="00B63A58" w:rsidRDefault="00B63A5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Nacrt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Pravilnika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provedbi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postupaka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jednostavne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nabave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Osnovnoj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školi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Odra </w:t>
      </w:r>
    </w:p>
    <w:p w14:paraId="2168F397" w14:textId="4A7E8CD2" w:rsidR="00312318" w:rsidRPr="00B63A58" w:rsidRDefault="00B63A5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Naziv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nacrta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općeg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/>
          <w:sz w:val="24"/>
          <w:szCs w:val="24"/>
        </w:rPr>
        <w:t>akta</w:t>
      </w:r>
      <w:proofErr w:type="spellEnd"/>
      <w:r w:rsidRPr="00B63A58">
        <w:rPr>
          <w:rFonts w:ascii="Times New Roman" w:hAnsi="Times New Roman" w:cs="Times New Roman"/>
          <w:b/>
          <w:sz w:val="24"/>
          <w:szCs w:val="24"/>
        </w:rPr>
        <w:t>:</w:t>
      </w:r>
      <w:r w:rsidRPr="00B63A58">
        <w:rPr>
          <w:rFonts w:ascii="Times New Roman" w:hAnsi="Times New Roman" w:cs="Times New Roman"/>
          <w:sz w:val="24"/>
          <w:szCs w:val="24"/>
        </w:rPr>
        <w:br/>
        <w:t xml:space="preserve">Pravilnik o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provedbi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Osnovnoj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Odra</w:t>
      </w:r>
    </w:p>
    <w:p w14:paraId="5255A18D" w14:textId="22A7842F" w:rsidR="00312318" w:rsidRPr="00B63A58" w:rsidRDefault="00B63A58">
      <w:pPr>
        <w:rPr>
          <w:rFonts w:ascii="Times New Roman" w:hAnsi="Times New Roman" w:cs="Times New Roman"/>
          <w:sz w:val="24"/>
          <w:szCs w:val="24"/>
        </w:rPr>
      </w:pPr>
      <w:r w:rsidRPr="00B63A58">
        <w:rPr>
          <w:rFonts w:ascii="Times New Roman" w:hAnsi="Times New Roman" w:cs="Times New Roman"/>
          <w:b/>
          <w:sz w:val="24"/>
          <w:szCs w:val="24"/>
        </w:rPr>
        <w:t>Naziv tijela nadležnog za izradu nacrta:</w:t>
      </w:r>
      <w:r w:rsidRPr="00B63A5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Odra,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Đačka</w:t>
      </w:r>
      <w:proofErr w:type="spellEnd"/>
      <w:r w:rsidRPr="00B63A58">
        <w:rPr>
          <w:rFonts w:ascii="Times New Roman" w:hAnsi="Times New Roman" w:cs="Times New Roman"/>
          <w:sz w:val="24"/>
          <w:szCs w:val="24"/>
        </w:rPr>
        <w:t xml:space="preserve"> 5, Zagreb</w:t>
      </w:r>
    </w:p>
    <w:p w14:paraId="3A2372D1" w14:textId="615846FB" w:rsidR="00312318" w:rsidRPr="00B63A58" w:rsidRDefault="00B63A58">
      <w:pPr>
        <w:rPr>
          <w:rFonts w:ascii="Times New Roman" w:hAnsi="Times New Roman" w:cs="Times New Roman"/>
          <w:sz w:val="24"/>
          <w:szCs w:val="24"/>
        </w:rPr>
      </w:pPr>
      <w:r w:rsidRPr="00B63A58">
        <w:rPr>
          <w:rFonts w:ascii="Times New Roman" w:hAnsi="Times New Roman" w:cs="Times New Roman"/>
          <w:b/>
          <w:sz w:val="24"/>
          <w:szCs w:val="24"/>
        </w:rPr>
        <w:t>Razdoblje trajanja savjetovanja:</w:t>
      </w:r>
      <w:r w:rsidRPr="00B63A58">
        <w:rPr>
          <w:rFonts w:ascii="Times New Roman" w:hAnsi="Times New Roman" w:cs="Times New Roman"/>
          <w:sz w:val="24"/>
          <w:szCs w:val="24"/>
        </w:rPr>
        <w:br/>
        <w:t>od 1.9.2026.</w:t>
      </w:r>
      <w:r w:rsidRPr="00B63A58">
        <w:rPr>
          <w:rFonts w:ascii="Times New Roman" w:hAnsi="Times New Roman" w:cs="Times New Roman"/>
          <w:sz w:val="24"/>
          <w:szCs w:val="24"/>
        </w:rPr>
        <w:t xml:space="preserve"> do 30.9.2026. </w:t>
      </w:r>
      <w:proofErr w:type="spellStart"/>
      <w:r w:rsidRPr="00B63A58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14:paraId="7CF89889" w14:textId="77777777" w:rsidR="00312318" w:rsidRPr="00B63A58" w:rsidRDefault="00B63A58">
      <w:pPr>
        <w:rPr>
          <w:rFonts w:ascii="Times New Roman" w:hAnsi="Times New Roman" w:cs="Times New Roman"/>
          <w:sz w:val="24"/>
          <w:szCs w:val="24"/>
        </w:rPr>
      </w:pPr>
      <w:r w:rsidRPr="00B63A58">
        <w:rPr>
          <w:rFonts w:ascii="Times New Roman" w:hAnsi="Times New Roman" w:cs="Times New Roman"/>
          <w:b/>
          <w:sz w:val="24"/>
          <w:szCs w:val="24"/>
        </w:rPr>
        <w:t>Način sudjelovanja:</w:t>
      </w:r>
      <w:r w:rsidRPr="00B63A58">
        <w:rPr>
          <w:rFonts w:ascii="Times New Roman" w:hAnsi="Times New Roman" w:cs="Times New Roman"/>
          <w:sz w:val="24"/>
          <w:szCs w:val="24"/>
        </w:rPr>
        <w:br/>
        <w:t>Zainteresirana javnost može dostaviti svoje prijedloge, mišljenja i primjedbe na Nacrt Pravilnika o provedbi post</w:t>
      </w:r>
      <w:r w:rsidRPr="00B63A58">
        <w:rPr>
          <w:rFonts w:ascii="Times New Roman" w:hAnsi="Times New Roman" w:cs="Times New Roman"/>
          <w:sz w:val="24"/>
          <w:szCs w:val="24"/>
        </w:rPr>
        <w:t>upaka jednostavne nabave ispunjavanjem ovog obrasca i njegovom dostavom nadležnom tijelu.</w:t>
      </w:r>
    </w:p>
    <w:p w14:paraId="6800AD16" w14:textId="77777777" w:rsidR="00312318" w:rsidRPr="00B63A58" w:rsidRDefault="00B63A58">
      <w:pPr>
        <w:rPr>
          <w:rFonts w:ascii="Times New Roman" w:hAnsi="Times New Roman" w:cs="Times New Roman"/>
          <w:sz w:val="24"/>
          <w:szCs w:val="24"/>
        </w:rPr>
      </w:pPr>
      <w:r w:rsidRPr="00B63A58">
        <w:rPr>
          <w:rFonts w:ascii="Times New Roman" w:hAnsi="Times New Roman" w:cs="Times New Roman"/>
          <w:b/>
          <w:sz w:val="24"/>
          <w:szCs w:val="24"/>
        </w:rPr>
        <w:t>PODACI O SUDIONIKU SAVJETOVANJA</w:t>
      </w:r>
    </w:p>
    <w:p w14:paraId="7CFD25CA" w14:textId="77777777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Ime i prezime / naziv pravne osobe:</w:t>
      </w:r>
      <w:r w:rsidRPr="00B63A58">
        <w:rPr>
          <w:rFonts w:ascii="Times New Roman" w:hAnsi="Times New Roman" w:cs="Times New Roman"/>
          <w:bCs/>
          <w:sz w:val="24"/>
          <w:szCs w:val="24"/>
        </w:rPr>
        <w:br/>
        <w:t>____________________________________________</w:t>
      </w:r>
    </w:p>
    <w:p w14:paraId="169FBFCE" w14:textId="77777777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Adresa / sjedište:</w:t>
      </w:r>
      <w:r w:rsidRPr="00B63A58">
        <w:rPr>
          <w:rFonts w:ascii="Times New Roman" w:hAnsi="Times New Roman" w:cs="Times New Roman"/>
          <w:bCs/>
          <w:sz w:val="24"/>
          <w:szCs w:val="24"/>
        </w:rPr>
        <w:br/>
        <w:t>__________________________________</w:t>
      </w:r>
      <w:r w:rsidRPr="00B63A58">
        <w:rPr>
          <w:rFonts w:ascii="Times New Roman" w:hAnsi="Times New Roman" w:cs="Times New Roman"/>
          <w:bCs/>
          <w:sz w:val="24"/>
          <w:szCs w:val="24"/>
        </w:rPr>
        <w:t>__________</w:t>
      </w:r>
    </w:p>
    <w:p w14:paraId="098DFA69" w14:textId="77777777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E-mail:</w:t>
      </w:r>
      <w:r w:rsidRPr="00B63A58">
        <w:rPr>
          <w:rFonts w:ascii="Times New Roman" w:hAnsi="Times New Roman" w:cs="Times New Roman"/>
          <w:bCs/>
          <w:sz w:val="24"/>
          <w:szCs w:val="24"/>
        </w:rPr>
        <w:br/>
        <w:t>____________________________________________</w:t>
      </w:r>
    </w:p>
    <w:p w14:paraId="26CC46F1" w14:textId="77777777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Kontakt telefon:</w:t>
      </w:r>
      <w:r w:rsidRPr="00B63A58">
        <w:rPr>
          <w:rFonts w:ascii="Times New Roman" w:hAnsi="Times New Roman" w:cs="Times New Roman"/>
          <w:bCs/>
          <w:sz w:val="24"/>
          <w:szCs w:val="24"/>
        </w:rPr>
        <w:br/>
        <w:t>____________________________________________</w:t>
      </w:r>
    </w:p>
    <w:p w14:paraId="05CA5941" w14:textId="77777777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PRIJEDLOZI, MIŠLJENJA I PRIMJEDBE</w:t>
      </w:r>
    </w:p>
    <w:tbl>
      <w:tblPr>
        <w:tblStyle w:val="Reetkatablice"/>
        <w:tblW w:w="9783" w:type="dxa"/>
        <w:jc w:val="center"/>
        <w:tblLook w:val="04A0" w:firstRow="1" w:lastRow="0" w:firstColumn="1" w:lastColumn="0" w:noHBand="0" w:noVBand="1"/>
      </w:tblPr>
      <w:tblGrid>
        <w:gridCol w:w="862"/>
        <w:gridCol w:w="2790"/>
        <w:gridCol w:w="3324"/>
        <w:gridCol w:w="2807"/>
      </w:tblGrid>
      <w:tr w:rsidR="00312318" w:rsidRPr="00B63A58" w14:paraId="5972EBBD" w14:textId="77777777" w:rsidTr="00B63A58">
        <w:trPr>
          <w:trHeight w:val="1234"/>
          <w:jc w:val="center"/>
        </w:trPr>
        <w:tc>
          <w:tcPr>
            <w:tcW w:w="862" w:type="dxa"/>
            <w:vAlign w:val="center"/>
          </w:tcPr>
          <w:p w14:paraId="3ECED3F3" w14:textId="77777777" w:rsidR="00312318" w:rsidRPr="00B63A58" w:rsidRDefault="00B63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Redni</w:t>
            </w:r>
            <w:proofErr w:type="spellEnd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2790" w:type="dxa"/>
            <w:vAlign w:val="center"/>
          </w:tcPr>
          <w:p w14:paraId="1FA5FA1B" w14:textId="55E2AB5F" w:rsidR="00312318" w:rsidRPr="00B63A58" w:rsidRDefault="00B63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Članak</w:t>
            </w:r>
            <w:proofErr w:type="spellEnd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Pravilnika</w:t>
            </w:r>
            <w:proofErr w:type="spellEnd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koju</w:t>
            </w:r>
            <w:proofErr w:type="spellEnd"/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 prijedlog odnosi</w:t>
            </w:r>
          </w:p>
        </w:tc>
        <w:tc>
          <w:tcPr>
            <w:tcW w:w="3324" w:type="dxa"/>
            <w:vAlign w:val="center"/>
          </w:tcPr>
          <w:p w14:paraId="3D7895B5" w14:textId="77777777" w:rsidR="00312318" w:rsidRPr="00B63A58" w:rsidRDefault="00B63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Prijedlog izmjene ili dopune</w:t>
            </w:r>
          </w:p>
        </w:tc>
        <w:tc>
          <w:tcPr>
            <w:tcW w:w="2807" w:type="dxa"/>
            <w:vAlign w:val="center"/>
          </w:tcPr>
          <w:p w14:paraId="5614078F" w14:textId="77777777" w:rsidR="00312318" w:rsidRPr="00B63A58" w:rsidRDefault="00B63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Ob</w:t>
            </w:r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razloženje prijedloga</w:t>
            </w:r>
          </w:p>
        </w:tc>
      </w:tr>
      <w:tr w:rsidR="00312318" w:rsidRPr="00B63A58" w14:paraId="3BC959BA" w14:textId="77777777" w:rsidTr="00B63A58">
        <w:trPr>
          <w:trHeight w:val="434"/>
          <w:jc w:val="center"/>
        </w:trPr>
        <w:tc>
          <w:tcPr>
            <w:tcW w:w="862" w:type="dxa"/>
          </w:tcPr>
          <w:p w14:paraId="28CA95FE" w14:textId="77777777" w:rsidR="00312318" w:rsidRPr="00B63A58" w:rsidRDefault="00B63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790" w:type="dxa"/>
          </w:tcPr>
          <w:p w14:paraId="7EE8ED10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48DB7D11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7" w:type="dxa"/>
          </w:tcPr>
          <w:p w14:paraId="2759D190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12318" w:rsidRPr="00B63A58" w14:paraId="11A104E4" w14:textId="77777777" w:rsidTr="00B63A58">
        <w:trPr>
          <w:trHeight w:val="434"/>
          <w:jc w:val="center"/>
        </w:trPr>
        <w:tc>
          <w:tcPr>
            <w:tcW w:w="862" w:type="dxa"/>
          </w:tcPr>
          <w:p w14:paraId="36841B4C" w14:textId="77777777" w:rsidR="00312318" w:rsidRPr="00B63A58" w:rsidRDefault="00B63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790" w:type="dxa"/>
          </w:tcPr>
          <w:p w14:paraId="05180D94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06CD8783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7" w:type="dxa"/>
          </w:tcPr>
          <w:p w14:paraId="15D46E88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12318" w:rsidRPr="00B63A58" w14:paraId="1B1817B8" w14:textId="77777777" w:rsidTr="00B63A58">
        <w:trPr>
          <w:trHeight w:val="434"/>
          <w:jc w:val="center"/>
        </w:trPr>
        <w:tc>
          <w:tcPr>
            <w:tcW w:w="862" w:type="dxa"/>
          </w:tcPr>
          <w:p w14:paraId="69455C1E" w14:textId="77777777" w:rsidR="00312318" w:rsidRPr="00B63A58" w:rsidRDefault="00B63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790" w:type="dxa"/>
          </w:tcPr>
          <w:p w14:paraId="24EBDB11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073FF1CC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7" w:type="dxa"/>
          </w:tcPr>
          <w:p w14:paraId="3B2BD1B0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12318" w:rsidRPr="00B63A58" w14:paraId="39297731" w14:textId="77777777" w:rsidTr="00B63A58">
        <w:trPr>
          <w:trHeight w:val="458"/>
          <w:jc w:val="center"/>
        </w:trPr>
        <w:tc>
          <w:tcPr>
            <w:tcW w:w="862" w:type="dxa"/>
          </w:tcPr>
          <w:p w14:paraId="0652ABF7" w14:textId="77777777" w:rsidR="00312318" w:rsidRPr="00B63A58" w:rsidRDefault="00B63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790" w:type="dxa"/>
          </w:tcPr>
          <w:p w14:paraId="2C9BC619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6F0B7CBA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7" w:type="dxa"/>
          </w:tcPr>
          <w:p w14:paraId="26BCEEFF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12318" w:rsidRPr="00B63A58" w14:paraId="76FDBB08" w14:textId="77777777" w:rsidTr="00B63A58">
        <w:trPr>
          <w:trHeight w:val="409"/>
          <w:jc w:val="center"/>
        </w:trPr>
        <w:tc>
          <w:tcPr>
            <w:tcW w:w="862" w:type="dxa"/>
          </w:tcPr>
          <w:p w14:paraId="06CE6261" w14:textId="77777777" w:rsidR="00312318" w:rsidRPr="00B63A58" w:rsidRDefault="00B63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A58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790" w:type="dxa"/>
          </w:tcPr>
          <w:p w14:paraId="36A0D2F8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52CA429E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07" w:type="dxa"/>
          </w:tcPr>
          <w:p w14:paraId="346A8F06" w14:textId="77777777" w:rsidR="00312318" w:rsidRPr="00B63A58" w:rsidRDefault="003123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11205EF" w14:textId="77777777" w:rsidR="00B63A5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</w:p>
    <w:p w14:paraId="7EFD2AA6" w14:textId="12A7F942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lastRenderedPageBreak/>
        <w:t>OSTALE NAPOMENE I PRIJEDLOZI</w:t>
      </w:r>
    </w:p>
    <w:p w14:paraId="515A0F2D" w14:textId="64CFFB76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</w:t>
      </w:r>
    </w:p>
    <w:p w14:paraId="07050858" w14:textId="7AE9F44C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</w:t>
      </w:r>
    </w:p>
    <w:p w14:paraId="671DC706" w14:textId="54EB3236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</w:t>
      </w:r>
    </w:p>
    <w:p w14:paraId="7C690DB6" w14:textId="2BF1AABB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</w:t>
      </w:r>
    </w:p>
    <w:p w14:paraId="65400BD5" w14:textId="47366A74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_____________</w:t>
      </w:r>
      <w:r w:rsidRPr="00B63A58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</w:t>
      </w:r>
    </w:p>
    <w:p w14:paraId="0EFE1EE4" w14:textId="2631DE0C" w:rsid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sudionik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zastupa</w:t>
      </w:r>
      <w:proofErr w:type="spellEnd"/>
    </w:p>
    <w:p w14:paraId="62202888" w14:textId="78C91DB1" w:rsidR="00B63A58" w:rsidRDefault="00B63A58" w:rsidP="00B63A58">
      <w:pPr>
        <w:spacing w:before="120" w:after="24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12C903" w14:textId="1862525B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>NAPOMENA</w:t>
      </w:r>
    </w:p>
    <w:p w14:paraId="1CB661BE" w14:textId="0B00C9E6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 xml:space="preserve">Popunjeni obrazac potrebno je dostaviti u roku određenom za trajanje savjetovanja </w:t>
      </w:r>
      <w:proofErr w:type="spellStart"/>
      <w:r w:rsidRPr="00B63A58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B63A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Cs/>
          <w:sz w:val="24"/>
          <w:szCs w:val="24"/>
        </w:rPr>
        <w:t>adresu</w:t>
      </w:r>
      <w:proofErr w:type="spellEnd"/>
      <w:r w:rsidRPr="00B63A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Cs/>
          <w:sz w:val="24"/>
          <w:szCs w:val="24"/>
        </w:rPr>
        <w:t>elektroničke</w:t>
      </w:r>
      <w:proofErr w:type="spellEnd"/>
      <w:r w:rsidRPr="00B63A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Cs/>
          <w:sz w:val="24"/>
          <w:szCs w:val="24"/>
        </w:rPr>
        <w:t>pošte</w:t>
      </w:r>
      <w:proofErr w:type="spellEnd"/>
      <w:r w:rsidRPr="00B63A58">
        <w:rPr>
          <w:rFonts w:ascii="Times New Roman" w:hAnsi="Times New Roman" w:cs="Times New Roman"/>
          <w:bCs/>
          <w:sz w:val="24"/>
          <w:szCs w:val="24"/>
        </w:rPr>
        <w:t>: ured@os-odra-zg.skole.hr</w:t>
      </w:r>
    </w:p>
    <w:p w14:paraId="3CCEE008" w14:textId="77777777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 xml:space="preserve">Svi </w:t>
      </w:r>
      <w:proofErr w:type="spellStart"/>
      <w:r w:rsidRPr="00B63A58">
        <w:rPr>
          <w:rFonts w:ascii="Times New Roman" w:hAnsi="Times New Roman" w:cs="Times New Roman"/>
          <w:bCs/>
          <w:sz w:val="24"/>
          <w:szCs w:val="24"/>
        </w:rPr>
        <w:t>zaprimljeni</w:t>
      </w:r>
      <w:proofErr w:type="spellEnd"/>
      <w:r w:rsidRPr="00B63A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63A58">
        <w:rPr>
          <w:rFonts w:ascii="Times New Roman" w:hAnsi="Times New Roman" w:cs="Times New Roman"/>
          <w:bCs/>
          <w:sz w:val="24"/>
          <w:szCs w:val="24"/>
        </w:rPr>
        <w:t>prijedlozi</w:t>
      </w:r>
      <w:proofErr w:type="spellEnd"/>
      <w:r w:rsidRPr="00B63A5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63A58">
        <w:rPr>
          <w:rFonts w:ascii="Times New Roman" w:hAnsi="Times New Roman" w:cs="Times New Roman"/>
          <w:bCs/>
          <w:sz w:val="24"/>
          <w:szCs w:val="24"/>
        </w:rPr>
        <w:t>mišljenja</w:t>
      </w:r>
      <w:proofErr w:type="spellEnd"/>
      <w:r w:rsidRPr="00B63A58">
        <w:rPr>
          <w:rFonts w:ascii="Times New Roman" w:hAnsi="Times New Roman" w:cs="Times New Roman"/>
          <w:bCs/>
          <w:sz w:val="24"/>
          <w:szCs w:val="24"/>
        </w:rPr>
        <w:t xml:space="preserve"> i primjedbe bit će razmotreni, a prihvaćene i neprihvaćene primjedbe, zajedno s obrazloženjima, bit će prikazane u Izvješću o provedenom savjetovanju.</w:t>
      </w:r>
    </w:p>
    <w:p w14:paraId="677576DC" w14:textId="77777777" w:rsidR="00312318" w:rsidRPr="00B63A58" w:rsidRDefault="00312318">
      <w:pPr>
        <w:rPr>
          <w:rFonts w:ascii="Times New Roman" w:hAnsi="Times New Roman" w:cs="Times New Roman"/>
          <w:bCs/>
          <w:sz w:val="24"/>
          <w:szCs w:val="24"/>
        </w:rPr>
      </w:pPr>
    </w:p>
    <w:p w14:paraId="205DBB9A" w14:textId="77777777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 xml:space="preserve">Datum: </w:t>
      </w:r>
      <w:r w:rsidRPr="00B63A58">
        <w:rPr>
          <w:rFonts w:ascii="Times New Roman" w:hAnsi="Times New Roman" w:cs="Times New Roman"/>
          <w:bCs/>
          <w:sz w:val="24"/>
          <w:szCs w:val="24"/>
        </w:rPr>
        <w:t>____________________</w:t>
      </w:r>
    </w:p>
    <w:p w14:paraId="46F2C914" w14:textId="77777777" w:rsidR="00312318" w:rsidRPr="00B63A58" w:rsidRDefault="00B63A58">
      <w:pPr>
        <w:rPr>
          <w:rFonts w:ascii="Times New Roman" w:hAnsi="Times New Roman" w:cs="Times New Roman"/>
          <w:bCs/>
          <w:sz w:val="24"/>
          <w:szCs w:val="24"/>
        </w:rPr>
      </w:pPr>
      <w:r w:rsidRPr="00B63A58">
        <w:rPr>
          <w:rFonts w:ascii="Times New Roman" w:hAnsi="Times New Roman" w:cs="Times New Roman"/>
          <w:bCs/>
          <w:sz w:val="24"/>
          <w:szCs w:val="24"/>
        </w:rPr>
        <w:t xml:space="preserve">Potpis sudionika savjetovanja: </w:t>
      </w:r>
      <w:r w:rsidRPr="00B63A58">
        <w:rPr>
          <w:rFonts w:ascii="Times New Roman" w:hAnsi="Times New Roman" w:cs="Times New Roman"/>
          <w:bCs/>
          <w:sz w:val="24"/>
          <w:szCs w:val="24"/>
        </w:rPr>
        <w:br/>
        <w:t>______________________________</w:t>
      </w:r>
    </w:p>
    <w:sectPr w:rsidR="00312318" w:rsidRPr="00B63A58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2318"/>
    <w:rsid w:val="00326F90"/>
    <w:rsid w:val="00AA1D8D"/>
    <w:rsid w:val="00B47730"/>
    <w:rsid w:val="00B63A5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48272"/>
  <w14:defaultImageDpi w14:val="300"/>
  <w15:docId w15:val="{2D4D9BEA-3A20-4497-853E-7F016279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Majdak</cp:lastModifiedBy>
  <cp:revision>2</cp:revision>
  <dcterms:created xsi:type="dcterms:W3CDTF">2013-12-23T23:15:00Z</dcterms:created>
  <dcterms:modified xsi:type="dcterms:W3CDTF">2026-09-01T11:55:00Z</dcterms:modified>
  <cp:category/>
</cp:coreProperties>
</file>